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C4E44" w14:textId="77777777" w:rsidR="00350F13" w:rsidRDefault="00000000" w:rsidP="00350F13">
      <w:pPr>
        <w:pStyle w:val="Titel"/>
        <w:ind w:left="720"/>
        <w:jc w:val="center"/>
        <w:rPr>
          <w:lang w:val="de-DE"/>
        </w:rPr>
      </w:pPr>
      <w:r w:rsidRPr="00350F13">
        <w:rPr>
          <w:lang w:val="de-DE"/>
        </w:rPr>
        <w:t xml:space="preserve">Checkliste: </w:t>
      </w:r>
    </w:p>
    <w:p w14:paraId="021D6863" w14:textId="14ABA4C1" w:rsidR="006274A6" w:rsidRPr="00350F13" w:rsidRDefault="00000000" w:rsidP="00350F13">
      <w:pPr>
        <w:pStyle w:val="Titel"/>
        <w:ind w:left="720"/>
        <w:jc w:val="center"/>
        <w:rPr>
          <w:lang w:val="de-DE"/>
        </w:rPr>
      </w:pPr>
      <w:r w:rsidRPr="00350F13">
        <w:rPr>
          <w:lang w:val="de-DE"/>
        </w:rPr>
        <w:t>Wie komme ich in die Zeitung?</w:t>
      </w:r>
    </w:p>
    <w:p w14:paraId="3D3A5EB4" w14:textId="77777777" w:rsidR="006274A6" w:rsidRPr="00350F13" w:rsidRDefault="00000000">
      <w:pPr>
        <w:pStyle w:val="berschrift1"/>
        <w:rPr>
          <w:lang w:val="de-DE"/>
        </w:rPr>
      </w:pPr>
      <w:r w:rsidRPr="00350F13">
        <w:rPr>
          <w:lang w:val="de-DE"/>
        </w:rPr>
        <w:t>1. Ziel &amp; Motivation klären</w:t>
      </w:r>
    </w:p>
    <w:p w14:paraId="034FF6D7" w14:textId="77777777" w:rsidR="006274A6" w:rsidRPr="00350F13" w:rsidRDefault="00000000">
      <w:pPr>
        <w:rPr>
          <w:lang w:val="de-DE"/>
        </w:rPr>
      </w:pPr>
      <w:r w:rsidRPr="00350F13">
        <w:rPr>
          <w:rFonts w:ascii="Segoe UI Symbol" w:hAnsi="Segoe UI Symbol" w:cs="Segoe UI Symbol"/>
          <w:lang w:val="de-DE"/>
        </w:rPr>
        <w:t>☐</w:t>
      </w:r>
      <w:r w:rsidRPr="00350F13">
        <w:rPr>
          <w:lang w:val="de-DE"/>
        </w:rPr>
        <w:t xml:space="preserve"> Warum möchte ich in die Zeitung? (z. B. Sichtbarkeit, Vertrauen, Expertise, Event)</w:t>
      </w:r>
    </w:p>
    <w:p w14:paraId="2DBD3940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Wer soll den Artikel lesen? (Zielgruppe definieren)</w:t>
      </w:r>
    </w:p>
    <w:p w14:paraId="4F4A06FF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Welche Reaktion wünsche ich mir von den Lesern?</w:t>
      </w:r>
    </w:p>
    <w:p w14:paraId="65FB3EB3" w14:textId="77777777" w:rsidR="006274A6" w:rsidRPr="00350F13" w:rsidRDefault="00000000">
      <w:pPr>
        <w:pStyle w:val="berschrift1"/>
        <w:rPr>
          <w:lang w:val="de-DE"/>
        </w:rPr>
      </w:pPr>
      <w:r w:rsidRPr="00350F13">
        <w:rPr>
          <w:lang w:val="de-DE"/>
        </w:rPr>
        <w:t>2. Thema identifizieren und bewerten</w:t>
      </w:r>
    </w:p>
    <w:p w14:paraId="72A13F9A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Habe ich ein konkretes Thema oder einen Anlass?</w:t>
      </w:r>
    </w:p>
    <w:p w14:paraId="2F11EA56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Hat das Thema Nachrichtenwert (neu, überraschend, relevant, emotional)?</w:t>
      </w:r>
    </w:p>
    <w:p w14:paraId="5D57B497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Ist ein Bezug zur Region oder Zielgruppe erkennbar?</w:t>
      </w:r>
    </w:p>
    <w:p w14:paraId="08B7EC69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Gibt es visuelle Elemente oder Bildmaterial dazu?</w:t>
      </w:r>
    </w:p>
    <w:p w14:paraId="12F52CAC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Gibt es eine menschliche oder persönliche Geschichte dahinter?</w:t>
      </w:r>
    </w:p>
    <w:p w14:paraId="62BF829F" w14:textId="77777777" w:rsidR="006274A6" w:rsidRPr="00350F13" w:rsidRDefault="00000000">
      <w:pPr>
        <w:pStyle w:val="berschrift1"/>
        <w:rPr>
          <w:lang w:val="de-DE"/>
        </w:rPr>
      </w:pPr>
      <w:r w:rsidRPr="00350F13">
        <w:rPr>
          <w:lang w:val="de-DE"/>
        </w:rPr>
        <w:t>3. Zeitpunkt und Planung</w:t>
      </w:r>
    </w:p>
    <w:p w14:paraId="6802FA2E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Ist der Anlass aktuell oder an ein Datum gebunden?</w:t>
      </w:r>
    </w:p>
    <w:p w14:paraId="5544B08B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Habe ich genügend Vorlaufzeit zur Kontaktaufnahme?</w:t>
      </w:r>
    </w:p>
    <w:p w14:paraId="4735ABAC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Gibt es passende Aufhänger (z. B. Thementage, gesellschaftliche Debatten)?</w:t>
      </w:r>
    </w:p>
    <w:p w14:paraId="7107C3E4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Passt mein Thema zum Redaktionsrhythmus (z. B. Tageszeitung vs. Fachmagazin)?</w:t>
      </w:r>
    </w:p>
    <w:p w14:paraId="645185ED" w14:textId="77777777" w:rsidR="00350F13" w:rsidRDefault="00350F1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de-DE"/>
        </w:rPr>
      </w:pPr>
      <w:r>
        <w:rPr>
          <w:lang w:val="de-DE"/>
        </w:rPr>
        <w:br w:type="page"/>
      </w:r>
    </w:p>
    <w:p w14:paraId="51F2FCEF" w14:textId="714AF979" w:rsidR="006274A6" w:rsidRPr="00350F13" w:rsidRDefault="00000000">
      <w:pPr>
        <w:pStyle w:val="berschrift1"/>
        <w:rPr>
          <w:lang w:val="de-DE"/>
        </w:rPr>
      </w:pPr>
      <w:r w:rsidRPr="00350F13">
        <w:rPr>
          <w:lang w:val="de-DE"/>
        </w:rPr>
        <w:lastRenderedPageBreak/>
        <w:t>4. Medien und Kanäle auswählen</w:t>
      </w:r>
    </w:p>
    <w:p w14:paraId="71DE4772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Welche Medien sind für mein Thema geeignet?</w:t>
      </w:r>
    </w:p>
    <w:p w14:paraId="7767CC75" w14:textId="77777777" w:rsidR="006274A6" w:rsidRPr="00350F13" w:rsidRDefault="00000000" w:rsidP="00350F13">
      <w:pPr>
        <w:ind w:left="720"/>
        <w:rPr>
          <w:lang w:val="de-DE"/>
        </w:rPr>
      </w:pPr>
      <w:r w:rsidRPr="00350F13">
        <w:rPr>
          <w:lang w:val="de-DE"/>
        </w:rPr>
        <w:t>☐     Lokalzeitung</w:t>
      </w:r>
    </w:p>
    <w:p w14:paraId="641BA202" w14:textId="77777777" w:rsidR="006274A6" w:rsidRPr="00350F13" w:rsidRDefault="00000000" w:rsidP="00350F13">
      <w:pPr>
        <w:ind w:left="720"/>
        <w:rPr>
          <w:lang w:val="de-DE"/>
        </w:rPr>
      </w:pPr>
      <w:r w:rsidRPr="00350F13">
        <w:rPr>
          <w:lang w:val="de-DE"/>
        </w:rPr>
        <w:t>☐     Wochenblatt / Anzeigenblatt</w:t>
      </w:r>
    </w:p>
    <w:p w14:paraId="13230A29" w14:textId="77777777" w:rsidR="006274A6" w:rsidRPr="00350F13" w:rsidRDefault="00000000" w:rsidP="00350F13">
      <w:pPr>
        <w:ind w:left="720"/>
        <w:rPr>
          <w:lang w:val="de-DE"/>
        </w:rPr>
      </w:pPr>
      <w:r w:rsidRPr="00350F13">
        <w:rPr>
          <w:lang w:val="de-DE"/>
        </w:rPr>
        <w:t>☐     Fachmedien / Branchenportale</w:t>
      </w:r>
    </w:p>
    <w:p w14:paraId="42497BCB" w14:textId="77777777" w:rsidR="006274A6" w:rsidRPr="00350F13" w:rsidRDefault="00000000" w:rsidP="00350F13">
      <w:pPr>
        <w:ind w:left="720"/>
        <w:rPr>
          <w:lang w:val="de-DE"/>
        </w:rPr>
      </w:pPr>
      <w:r w:rsidRPr="00350F13">
        <w:rPr>
          <w:lang w:val="de-DE"/>
        </w:rPr>
        <w:t>☐     Online-Portale / News-Websites</w:t>
      </w:r>
    </w:p>
    <w:p w14:paraId="181EFDBB" w14:textId="77777777" w:rsidR="006274A6" w:rsidRPr="00350F13" w:rsidRDefault="00000000" w:rsidP="00350F13">
      <w:pPr>
        <w:ind w:left="720"/>
        <w:rPr>
          <w:lang w:val="de-DE"/>
        </w:rPr>
      </w:pPr>
      <w:r w:rsidRPr="00350F13">
        <w:rPr>
          <w:lang w:val="de-DE"/>
        </w:rPr>
        <w:t xml:space="preserve">☐     Presseportale wie </w:t>
      </w:r>
      <w:proofErr w:type="spellStart"/>
      <w:r w:rsidRPr="00350F13">
        <w:rPr>
          <w:lang w:val="de-DE"/>
        </w:rPr>
        <w:t>openPR</w:t>
      </w:r>
      <w:proofErr w:type="spellEnd"/>
    </w:p>
    <w:p w14:paraId="77F8A062" w14:textId="77777777" w:rsidR="006274A6" w:rsidRPr="00350F13" w:rsidRDefault="00000000" w:rsidP="00350F13">
      <w:pPr>
        <w:ind w:left="720"/>
        <w:rPr>
          <w:lang w:val="de-DE"/>
        </w:rPr>
      </w:pPr>
      <w:r w:rsidRPr="00350F13">
        <w:rPr>
          <w:lang w:val="de-DE"/>
        </w:rPr>
        <w:t xml:space="preserve">☐     </w:t>
      </w:r>
      <w:proofErr w:type="spellStart"/>
      <w:r w:rsidRPr="00350F13">
        <w:rPr>
          <w:lang w:val="de-DE"/>
        </w:rPr>
        <w:t>Social</w:t>
      </w:r>
      <w:proofErr w:type="spellEnd"/>
      <w:r w:rsidRPr="00350F13">
        <w:rPr>
          <w:lang w:val="de-DE"/>
        </w:rPr>
        <w:t xml:space="preserve"> Media / Blog / Newsletter (eigene Kanäle)</w:t>
      </w:r>
    </w:p>
    <w:p w14:paraId="182DCB50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Wer ist dort die passende Kontaktperson (Ressort, Redaktion)?</w:t>
      </w:r>
    </w:p>
    <w:p w14:paraId="2FDD6B58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Habe ich die Kontaktdaten recherchiert und notiert?</w:t>
      </w:r>
    </w:p>
    <w:p w14:paraId="5C6BDA0C" w14:textId="77777777" w:rsidR="006274A6" w:rsidRPr="00350F13" w:rsidRDefault="00000000">
      <w:pPr>
        <w:pStyle w:val="berschrift1"/>
        <w:rPr>
          <w:lang w:val="de-DE"/>
        </w:rPr>
      </w:pPr>
      <w:r w:rsidRPr="00350F13">
        <w:rPr>
          <w:lang w:val="de-DE"/>
        </w:rPr>
        <w:t>5. Form der Ansprache wählen</w:t>
      </w:r>
    </w:p>
    <w:p w14:paraId="3098D859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Pressemitteilung vorbereiten (mit allen wesentlichen Infos)</w:t>
      </w:r>
    </w:p>
    <w:p w14:paraId="72B0ADF0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Oder: PR-Pitch individuell formulieren</w:t>
      </w:r>
    </w:p>
    <w:p w14:paraId="7F0DC7B2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Ist die Ansprache an den Stil und Fokus des Mediums angepasst?</w:t>
      </w:r>
    </w:p>
    <w:p w14:paraId="4EB2ED13" w14:textId="77777777" w:rsidR="006274A6" w:rsidRPr="00350F13" w:rsidRDefault="00000000">
      <w:pPr>
        <w:pStyle w:val="berschrift1"/>
        <w:rPr>
          <w:lang w:val="de-DE"/>
        </w:rPr>
      </w:pPr>
      <w:r w:rsidRPr="00350F13">
        <w:rPr>
          <w:lang w:val="de-DE"/>
        </w:rPr>
        <w:t>6. Inhalt vorbereiten</w:t>
      </w:r>
    </w:p>
    <w:p w14:paraId="413DE405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Titel / Betreff ist klar, informativ, ohne Werbesprache</w:t>
      </w:r>
    </w:p>
    <w:p w14:paraId="7E615FCA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Vorspann (Lead) enthält die W-Fragen: Wer? Was? Wann? Wo? Warum?</w:t>
      </w:r>
    </w:p>
    <w:p w14:paraId="78A4CFA0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Text ist sachlich, verständlich und logisch aufgebaut (das Wichtigste am Anfang!)</w:t>
      </w:r>
    </w:p>
    <w:p w14:paraId="65BE2815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Daten und Fakten, die Ihre Aussagen belegen</w:t>
      </w:r>
    </w:p>
    <w:p w14:paraId="4B148A51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Zitate von Personen (gern mit Funktion) sind enthalten</w:t>
      </w:r>
    </w:p>
    <w:p w14:paraId="6E0B1359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Bildmaterial mit Copyright und Bildunterschrift (ggf. Link zum Download)</w:t>
      </w:r>
    </w:p>
    <w:p w14:paraId="39F239F0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Kontaktperson mit Telefonnummer und E-Mail angegeben</w:t>
      </w:r>
    </w:p>
    <w:p w14:paraId="1CA588BA" w14:textId="77777777" w:rsidR="006274A6" w:rsidRPr="00350F13" w:rsidRDefault="00000000">
      <w:pPr>
        <w:pStyle w:val="berschrift1"/>
        <w:rPr>
          <w:lang w:val="de-DE"/>
        </w:rPr>
      </w:pPr>
      <w:r w:rsidRPr="00350F13">
        <w:rPr>
          <w:lang w:val="de-DE"/>
        </w:rPr>
        <w:lastRenderedPageBreak/>
        <w:t>7. Versand und Nachbereitung</w:t>
      </w:r>
    </w:p>
    <w:p w14:paraId="157B0790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Richtige Ansprechperson angeschrieben</w:t>
      </w:r>
    </w:p>
    <w:p w14:paraId="2BDDD76F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Passender Zeitpunkt für den Versand gewählt</w:t>
      </w:r>
    </w:p>
    <w:p w14:paraId="789E9909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Höflich formulierte E-Mail mit persönlicher Ansprache</w:t>
      </w:r>
    </w:p>
    <w:p w14:paraId="7761D4B2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Bei Veröffentlichung: Beitrag gesichert, verlinkt und weiterverbreitet</w:t>
      </w:r>
    </w:p>
    <w:p w14:paraId="7F299630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Kontakt gepflegt: Dankeschön, ggf. Rückmeldung geben</w:t>
      </w:r>
    </w:p>
    <w:p w14:paraId="7973B46F" w14:textId="77777777" w:rsidR="006274A6" w:rsidRPr="00350F13" w:rsidRDefault="00000000">
      <w:pPr>
        <w:pStyle w:val="berschrift1"/>
        <w:rPr>
          <w:lang w:val="de-DE"/>
        </w:rPr>
      </w:pPr>
      <w:r w:rsidRPr="00350F13">
        <w:rPr>
          <w:lang w:val="de-DE"/>
        </w:rPr>
        <w:t>8. Evaluation &amp; Weiterentwicklung</w:t>
      </w:r>
    </w:p>
    <w:p w14:paraId="66DDF00C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Wurde mein Thema veröffentlicht?</w:t>
      </w:r>
    </w:p>
    <w:p w14:paraId="6B4EE196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Welche Reaktionen habe ich erhalten (intern / extern)?</w:t>
      </w:r>
    </w:p>
    <w:p w14:paraId="4C31208B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Was hat gut funktioniert – was nicht?</w:t>
      </w:r>
    </w:p>
    <w:p w14:paraId="13BA4173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Welche Redaktionen waren interessiert?</w:t>
      </w:r>
    </w:p>
    <w:p w14:paraId="6B6DA128" w14:textId="77777777" w:rsidR="006274A6" w:rsidRPr="00350F13" w:rsidRDefault="00000000">
      <w:pPr>
        <w:rPr>
          <w:lang w:val="de-DE"/>
        </w:rPr>
      </w:pPr>
      <w:r w:rsidRPr="00350F13">
        <w:rPr>
          <w:lang w:val="de-DE"/>
        </w:rPr>
        <w:t>☐ Welche Themenideen habe ich für die Zukunft?</w:t>
      </w:r>
    </w:p>
    <w:sectPr w:rsidR="006274A6" w:rsidRPr="00350F13" w:rsidSect="00350F13">
      <w:headerReference w:type="default" r:id="rId8"/>
      <w:footerReference w:type="default" r:id="rId9"/>
      <w:pgSz w:w="12240" w:h="15840"/>
      <w:pgMar w:top="2555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9976C" w14:textId="77777777" w:rsidR="00062E6D" w:rsidRDefault="00062E6D" w:rsidP="00350F13">
      <w:pPr>
        <w:spacing w:after="0" w:line="240" w:lineRule="auto"/>
      </w:pPr>
      <w:r>
        <w:separator/>
      </w:r>
    </w:p>
  </w:endnote>
  <w:endnote w:type="continuationSeparator" w:id="0">
    <w:p w14:paraId="69E24070" w14:textId="77777777" w:rsidR="00062E6D" w:rsidRDefault="00062E6D" w:rsidP="00350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5635562"/>
      <w:docPartObj>
        <w:docPartGallery w:val="Page Numbers (Bottom of Page)"/>
        <w:docPartUnique/>
      </w:docPartObj>
    </w:sdtPr>
    <w:sdtContent>
      <w:p w14:paraId="05E5A6F5" w14:textId="71EE50D9" w:rsidR="00350F13" w:rsidRDefault="00350F1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406A6C9D" w14:textId="77777777" w:rsidR="00350F13" w:rsidRDefault="00350F1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608CF" w14:textId="77777777" w:rsidR="00062E6D" w:rsidRDefault="00062E6D" w:rsidP="00350F13">
      <w:pPr>
        <w:spacing w:after="0" w:line="240" w:lineRule="auto"/>
      </w:pPr>
      <w:r>
        <w:separator/>
      </w:r>
    </w:p>
  </w:footnote>
  <w:footnote w:type="continuationSeparator" w:id="0">
    <w:p w14:paraId="700B8270" w14:textId="77777777" w:rsidR="00062E6D" w:rsidRDefault="00062E6D" w:rsidP="00350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65AC0" w14:textId="77777777" w:rsidR="00350F13" w:rsidRDefault="00350F13">
    <w:pPr>
      <w:pStyle w:val="Kopfzeile"/>
    </w:pPr>
  </w:p>
  <w:p w14:paraId="0D670642" w14:textId="3284A262" w:rsidR="00350F13" w:rsidRDefault="00350F13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B7CECB" wp14:editId="7474739F">
          <wp:simplePos x="0" y="0"/>
          <wp:positionH relativeFrom="column">
            <wp:posOffset>3209925</wp:posOffset>
          </wp:positionH>
          <wp:positionV relativeFrom="paragraph">
            <wp:posOffset>-190500</wp:posOffset>
          </wp:positionV>
          <wp:extent cx="2996906" cy="600075"/>
          <wp:effectExtent l="0" t="0" r="0" b="0"/>
          <wp:wrapTight wrapText="bothSides">
            <wp:wrapPolygon edited="0">
              <wp:start x="0" y="0"/>
              <wp:lineTo x="0" y="20571"/>
              <wp:lineTo x="21421" y="20571"/>
              <wp:lineTo x="21421" y="0"/>
              <wp:lineTo x="0" y="0"/>
            </wp:wrapPolygon>
          </wp:wrapTight>
          <wp:docPr id="74144402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9966480" name="Grafik 123996648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96906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1632060">
    <w:abstractNumId w:val="8"/>
  </w:num>
  <w:num w:numId="2" w16cid:durableId="1832021498">
    <w:abstractNumId w:val="6"/>
  </w:num>
  <w:num w:numId="3" w16cid:durableId="770393411">
    <w:abstractNumId w:val="5"/>
  </w:num>
  <w:num w:numId="4" w16cid:durableId="1348016764">
    <w:abstractNumId w:val="4"/>
  </w:num>
  <w:num w:numId="5" w16cid:durableId="1759717257">
    <w:abstractNumId w:val="7"/>
  </w:num>
  <w:num w:numId="6" w16cid:durableId="472018438">
    <w:abstractNumId w:val="3"/>
  </w:num>
  <w:num w:numId="7" w16cid:durableId="1837457520">
    <w:abstractNumId w:val="2"/>
  </w:num>
  <w:num w:numId="8" w16cid:durableId="1265461546">
    <w:abstractNumId w:val="1"/>
  </w:num>
  <w:num w:numId="9" w16cid:durableId="1371303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E6D"/>
    <w:rsid w:val="0015074B"/>
    <w:rsid w:val="0029639D"/>
    <w:rsid w:val="00326F90"/>
    <w:rsid w:val="00350F13"/>
    <w:rsid w:val="006274A6"/>
    <w:rsid w:val="007207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63189B"/>
  <w14:defaultImageDpi w14:val="300"/>
  <w15:docId w15:val="{61B8860A-4CA9-45C5-9485-0B6CE187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</Words>
  <Characters>2160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Joanna Einbock</cp:lastModifiedBy>
  <cp:revision>2</cp:revision>
  <dcterms:created xsi:type="dcterms:W3CDTF">2025-04-23T07:14:00Z</dcterms:created>
  <dcterms:modified xsi:type="dcterms:W3CDTF">2025-04-23T07:14:00Z</dcterms:modified>
  <cp:category/>
</cp:coreProperties>
</file>